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– בטיחות בדרכים וחוסן חברתי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הדרך לטבריה ולכנרת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בטיחות בלשון ציווי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נכונות לתמוך בחבר/ה ולפנות לעזרה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טריוויה על הדרך לכנרת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כביש 90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כדי שנהגים יראו אותנו בבירור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לרדת מהצד הרחוק מהכביש כדי להימנע מסכנה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חבר/ה נאמן/ה שם/ה לב ומגיב/ה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במילה החסרה - ציווי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(הדרך המובילה לכיוון טבריה)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(עובר לאורך חוף הכנרת)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(עוזר לנהגים לראות אותנו בדרך)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(אפשר לפנות אליו כשדואגים לחבר/ה)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ציווי נכון דקדוקית בלשון רבים, למשל: חגרו חגורות בטיחות.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אמפתי ומעודד, למשל: אני כאן בשבילך, רוצה לספר לי?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ירידה מהצד הבטוח ולבישת אפוד זוהר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כביש 90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לגשת, להקשיב ואם צריך לפנות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הטריוויה מהמשחק כחימום לפני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לדגם יחד משפט ציווי ברבים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שיח קצר על פנייה למבוגר אחראי בסיום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– בטיחות בדרכים וחוסן חברתי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מה שלמדנו במשחקי המסלול - עובדות על הדרכים לכנרת, כללי בטיחות ברכב ובדרך, וארבעת הצעדים של חבר/ה נאמן/ה.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רדו  ·  חגרו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טריוויה על הדרך לכנרת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הר עגול אפשר לראות מכביש 65 בדרך לטבריה?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 חרמון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כביש עובר לאורך חוף הכנרת?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כביש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כביש 1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כשיורדים מהרכב בצד הדרך מחוץ לעיר, רצוי ללבוש אפוד זוהר.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לרדת מהרכב מכל צד, זה לא משנה.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חבר/ה נראה/ת עצוב/ה, הכי נכון להתעלם ולא להגיד כלום.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במילה החסרה - ציווי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חגורות בטיחות לפני הנסיעה! (לרבים)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מהצד הבטוח כשיורדים מהרכב! (לרבים)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כביש 65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אפשר לפנות אליו כשדואגים לחבר/ה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כביש 90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הדרך המובילה לכיוון טבריה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אפוד זוהר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עובר לאורך חוף הכנרת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מבוגר אחראי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עוזר לנהגים לראות אותנו בדרך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כלל בטיחות אחד לנוסעים ברכב, בלשון ציווי רבים.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אפשר להגיד לחבר/ה שנראה/ת עצוב/ה? כתבו משפט תמיכה.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צעד אחד שחשוב לזכור כשיורדים מהרכב בצד הדרך?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כביש עובר לאורך חוף הכנרת?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מנווטים נכון – בטיחות בדרכים וחוסן חברתי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