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הדרך לטבריה ולכנרת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בלשון ציווי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נכונות לתמוך בחבר/ה ולפנות לעזרה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טריוויה על הדרך לכנרת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טבריה נמצאת מתחת לגובה פני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כביש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כביש 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מהצד הרחוק מהכביש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כדי שנהגים יראו אותנו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לרדת מהצד הרחוק מהכביש כדי להימנע מסכנה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חבר/ה נאמן/ה שם/ה לב ומגיב/ה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צעד חשוב ונכון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כביש 90 עובר לאורך חוף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במילה החסרה - ציווי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המתינו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צעקו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(הדרך המובילה לכיוון טבריה)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(עובר לאורך חוף הכנרת)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 לנהגים לראות אותנו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(אפשר לפנות אליו כשדואגים לחבר/ה)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(יכולת להתמודד עם מצבים קשים)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ציווי נכון דקדוקית בלשון רבים, למשל: חגרו חגורות בטיחות.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אמפתי ומעודד, למשל: אני כאן בשבילך, רוצה לספר 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פנייה למבוגר אחראי כמו מורה או יועצת, כי הם יכולים לעזור באמת.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ירידה מהצד הבטוח ולבישת אפוד זוהר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כביש 90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לגשת, להקשיב ואם צריך לפנות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הטריוויה מהמשחק כחימום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לדגם יחד משפט ציווי ברבים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 קצר על פנייה למבוגר אחראי בסיום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קלות על הדרך לכנרת, על בטיחות ברכב, ועל איך עוזרים לחבר שעצוב.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כביש 65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שמוביל לכיוון טבריה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כביש 77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שמצטלב עם כביש 65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שמבקשת מישהו לעשות משהו, למשל: עצרו!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ולהישאר חזק/ה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מבוגר אחראי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בוגר שאפשר לפנות אליו לעזרה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אפוד זוהר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שמסמן אותנו בדרך כדי שנהגים יראו אותנו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חבר/ה שאפשר לסמוך עליו/ה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טריוויה על הדרך לכנרת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הר רואים מכביש 65?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גריזים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יורדים כל כך הרבה בדרך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טבריה נמצאת מתחת לגובה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שם הרים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הדרך מתפתלת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כביש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כביש הולך לאורך שפת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כביש נוסעים מחיפה מזרחה?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מאיזה צד יורדים מהרכב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מהצד הרחוק מהכביש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מהצד הקרוב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משני הצדדים בלי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דרך החלון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כשיורדים מהרכב בצד הדרך מחוץ לעיר, רצוי ללבוש אפוד זוהר.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לרדת מהרכב מכל צד, זה לא משנה.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חבר/ה נראה/ת עצוב/ה, הכי נכון להתעלם ולא להגיד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לפנות למבוגר אחראי בבית הספר כשדואגים לחבר/ה.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90 עובר רחוק מהכנרת.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במילה החסרה - ציווי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חגורות בטיחות לפני הנסיעה! (לרבים)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מהצד הבטוח כשיורדים מהרכב! (לרבים)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אפוד זוהר כשאתם הולכים בצד הדרך! (לרבים)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הרכב נעצר בצד הדרך, __________ בסבלנות! (לרבים)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רואים סכנה, __________ בקול: עצרו!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כביש 65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לנהגים לראות אותנו בדרך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כביש 90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הדרך המובילה לכיוון טבריה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אפוד זוהר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עובר לאורך חוף הכנרת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מבוגר אחראי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יכולת להתמודד עם מצבים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אפשר לפנות אליו כשדואגים לחבר/ה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כלל בטיחות אחד לנוסעים ברכב, בלשון ציווי רבים.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להגיד לחבר/ה שנראה/ת עצוב/ה? כתבו משפט תמיכה.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בקצרה למי אפשר לפנות בבית הספר כשדואגים לחבר/ה ולמה חשוב לעשות 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צעד אחד שחשוב לזכור כשיורדים מהרכב בצד הדרך?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כביש עובר לאורך חוף הכנרת?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כשרואים חבר/ה עצוב/ה?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– בטיחות בדרכים וחוסן חברתי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